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761B23" w14:textId="20D3FD82" w:rsidR="00A1560D" w:rsidRPr="00110125" w:rsidRDefault="00000000" w:rsidP="00110125">
      <w:pPr>
        <w:pStyle w:val="Nagwek1"/>
        <w:pBdr>
          <w:bottom w:val="single" w:sz="4" w:space="1" w:color="auto"/>
        </w:pBdr>
        <w:spacing w:before="0" w:after="240" w:line="360" w:lineRule="auto"/>
        <w:jc w:val="center"/>
        <w:rPr>
          <w:rFonts w:ascii="Gill Sans" w:hAnsi="Gill Sans" w:cs="Gill Sans"/>
          <w:spacing w:val="4"/>
          <w:sz w:val="24"/>
          <w:szCs w:val="24"/>
          <w:lang w:val="pl-PL"/>
        </w:rPr>
      </w:pPr>
      <w:r w:rsidRPr="00110125">
        <w:rPr>
          <w:rFonts w:ascii="Gill Sans" w:hAnsi="Gill Sans" w:cs="Gill Sans" w:hint="cs"/>
          <w:spacing w:val="4"/>
          <w:sz w:val="36"/>
          <w:szCs w:val="36"/>
          <w:lang w:val="pl-PL"/>
        </w:rPr>
        <w:t xml:space="preserve">Rada Rodziców </w:t>
      </w:r>
      <w:r w:rsidR="00110125" w:rsidRPr="00110125">
        <w:rPr>
          <w:rFonts w:ascii="Gill Sans" w:hAnsi="Gill Sans" w:cs="Gill Sans" w:hint="cs"/>
          <w:spacing w:val="4"/>
          <w:sz w:val="24"/>
          <w:szCs w:val="24"/>
          <w:lang w:val="pl-PL"/>
        </w:rPr>
        <w:br/>
      </w:r>
      <w:r w:rsidRPr="00801DDA">
        <w:rPr>
          <w:rFonts w:ascii="Gill Sans" w:hAnsi="Gill Sans" w:cs="Gill Sans" w:hint="cs"/>
          <w:spacing w:val="4"/>
          <w:sz w:val="24"/>
          <w:szCs w:val="24"/>
          <w:lang w:val="pl-PL"/>
        </w:rPr>
        <w:t>Szkoły Podstawowej nr 32 w Bydgoszczy</w:t>
      </w:r>
    </w:p>
    <w:p w14:paraId="75FBF1BE" w14:textId="77777777" w:rsidR="00A1560D" w:rsidRPr="00110125" w:rsidRDefault="00A1560D" w:rsidP="00110125">
      <w:pPr>
        <w:spacing w:after="240"/>
        <w:rPr>
          <w:rFonts w:ascii="Verdana" w:hAnsi="Verdana"/>
          <w:spacing w:val="4"/>
          <w:sz w:val="21"/>
          <w:szCs w:val="21"/>
          <w:lang w:val="pl-PL"/>
        </w:rPr>
      </w:pPr>
    </w:p>
    <w:p w14:paraId="4523CAD8" w14:textId="77777777" w:rsidR="00110125" w:rsidRPr="00110125" w:rsidRDefault="00000000" w:rsidP="00110125">
      <w:pPr>
        <w:spacing w:after="240"/>
        <w:rPr>
          <w:rFonts w:ascii="Verdana" w:hAnsi="Verdana"/>
          <w:spacing w:val="4"/>
          <w:lang w:val="pl-PL"/>
        </w:rPr>
      </w:pPr>
      <w:r w:rsidRPr="00110125">
        <w:rPr>
          <w:rFonts w:ascii="Verdana" w:hAnsi="Verdana"/>
          <w:b/>
          <w:bCs/>
          <w:spacing w:val="4"/>
          <w:lang w:val="pl-PL"/>
        </w:rPr>
        <w:t>Szanowni Państwo,</w:t>
      </w:r>
    </w:p>
    <w:p w14:paraId="08FCC6C4" w14:textId="77777777" w:rsidR="00110125" w:rsidRDefault="00000000" w:rsidP="00110125">
      <w:pPr>
        <w:jc w:val="both"/>
        <w:rPr>
          <w:rFonts w:ascii="Verdana" w:hAnsi="Verdana"/>
          <w:spacing w:val="4"/>
          <w:sz w:val="21"/>
          <w:szCs w:val="21"/>
          <w:lang w:val="pl-PL"/>
        </w:rPr>
      </w:pPr>
      <w:r w:rsidRPr="00110125">
        <w:rPr>
          <w:rFonts w:ascii="Verdana" w:hAnsi="Verdana"/>
          <w:spacing w:val="4"/>
          <w:sz w:val="21"/>
          <w:szCs w:val="21"/>
          <w:lang w:val="pl-PL"/>
        </w:rPr>
        <w:t>uprzejmie informujemy, że ubezpieczenie dzieci od następstw nieszczęśliwych wypadków (NNW) w roku szkolnym 2025/2026</w:t>
      </w:r>
      <w:r w:rsidR="00110125" w:rsidRPr="00110125">
        <w:rPr>
          <w:rFonts w:ascii="Verdana" w:hAnsi="Verdana"/>
          <w:spacing w:val="4"/>
          <w:sz w:val="21"/>
          <w:szCs w:val="21"/>
          <w:lang w:val="pl-PL"/>
        </w:rPr>
        <w:t xml:space="preserve">, jak w poprzednich latach </w:t>
      </w:r>
      <w:r w:rsidRPr="00110125">
        <w:rPr>
          <w:rFonts w:ascii="Verdana" w:hAnsi="Verdana"/>
          <w:spacing w:val="4"/>
          <w:sz w:val="21"/>
          <w:szCs w:val="21"/>
          <w:lang w:val="pl-PL"/>
        </w:rPr>
        <w:t xml:space="preserve">nie jest obowiązkowe. Każdy rodzic </w:t>
      </w:r>
      <w:r w:rsidR="00110125">
        <w:rPr>
          <w:rFonts w:ascii="Verdana" w:hAnsi="Verdana"/>
          <w:spacing w:val="4"/>
          <w:sz w:val="21"/>
          <w:szCs w:val="21"/>
          <w:lang w:val="pl-PL"/>
        </w:rPr>
        <w:t>lub</w:t>
      </w:r>
      <w:r w:rsidRPr="00110125">
        <w:rPr>
          <w:rFonts w:ascii="Verdana" w:hAnsi="Verdana"/>
          <w:spacing w:val="4"/>
          <w:sz w:val="21"/>
          <w:szCs w:val="21"/>
          <w:lang w:val="pl-PL"/>
        </w:rPr>
        <w:t xml:space="preserve"> opiekun prawny decyduje samodzielnie o zawarciu polisy.</w:t>
      </w:r>
    </w:p>
    <w:p w14:paraId="0EFAE5D5" w14:textId="77777777" w:rsidR="00110125" w:rsidRDefault="00000000" w:rsidP="00110125">
      <w:pPr>
        <w:jc w:val="both"/>
        <w:rPr>
          <w:rFonts w:ascii="Verdana" w:hAnsi="Verdana"/>
          <w:spacing w:val="4"/>
          <w:sz w:val="21"/>
          <w:szCs w:val="21"/>
          <w:lang w:val="pl-PL"/>
        </w:rPr>
      </w:pPr>
      <w:r w:rsidRPr="00110125">
        <w:rPr>
          <w:rFonts w:ascii="Verdana" w:hAnsi="Verdana"/>
          <w:spacing w:val="4"/>
          <w:lang w:val="pl-PL"/>
        </w:rPr>
        <w:t xml:space="preserve">Z doświadczenia jednak wiemy, że takie ubezpieczenie jest rozsądnym zabezpieczeniem – zarówno w szkole, jak i poza nią. Wypadki mogą zdarzyć się w różnych okolicznościach: na przerwie, podczas zajęć sportowych, </w:t>
      </w:r>
      <w:r w:rsidR="00110125">
        <w:rPr>
          <w:rFonts w:ascii="Verdana" w:hAnsi="Verdana"/>
          <w:spacing w:val="4"/>
          <w:lang w:val="pl-PL"/>
        </w:rPr>
        <w:br/>
      </w:r>
      <w:r w:rsidRPr="00110125">
        <w:rPr>
          <w:rFonts w:ascii="Verdana" w:hAnsi="Verdana"/>
          <w:spacing w:val="4"/>
          <w:lang w:val="pl-PL"/>
        </w:rPr>
        <w:t>a nawet w czasie wolnym. Polisa NNW daje rodzicom i dzieciom poczucie bezpieczeństwa oraz realne wsparcie w sytuacjach losowych.</w:t>
      </w:r>
    </w:p>
    <w:p w14:paraId="330C2FD1" w14:textId="62AAE3E4" w:rsidR="00110125" w:rsidRDefault="00110125" w:rsidP="00110125">
      <w:pPr>
        <w:jc w:val="both"/>
        <w:rPr>
          <w:rFonts w:ascii="Verdana" w:hAnsi="Verdana"/>
          <w:spacing w:val="4"/>
          <w:sz w:val="21"/>
          <w:szCs w:val="21"/>
          <w:lang w:val="pl-PL"/>
        </w:rPr>
      </w:pPr>
      <w:r>
        <w:rPr>
          <w:rFonts w:ascii="Verdana" w:hAnsi="Verdana"/>
          <w:spacing w:val="4"/>
          <w:lang w:val="pl-PL"/>
        </w:rPr>
        <w:t>P</w:t>
      </w:r>
      <w:r w:rsidRPr="00110125">
        <w:rPr>
          <w:rFonts w:ascii="Verdana" w:hAnsi="Verdana"/>
          <w:spacing w:val="4"/>
          <w:lang w:val="pl-PL"/>
        </w:rPr>
        <w:t>rzygotowa</w:t>
      </w:r>
      <w:r>
        <w:rPr>
          <w:rFonts w:ascii="Verdana" w:hAnsi="Verdana"/>
          <w:spacing w:val="4"/>
          <w:lang w:val="pl-PL"/>
        </w:rPr>
        <w:t>liśmy</w:t>
      </w:r>
      <w:r w:rsidRPr="00110125">
        <w:rPr>
          <w:rFonts w:ascii="Verdana" w:hAnsi="Verdana"/>
          <w:spacing w:val="4"/>
          <w:lang w:val="pl-PL"/>
        </w:rPr>
        <w:t xml:space="preserve"> dla Państwa zestawienie </w:t>
      </w:r>
      <w:r>
        <w:rPr>
          <w:rFonts w:ascii="Verdana" w:hAnsi="Verdana"/>
          <w:spacing w:val="4"/>
          <w:lang w:val="pl-PL"/>
        </w:rPr>
        <w:t xml:space="preserve">niektórych </w:t>
      </w:r>
      <w:r w:rsidRPr="00110125">
        <w:rPr>
          <w:rFonts w:ascii="Verdana" w:hAnsi="Verdana"/>
          <w:spacing w:val="4"/>
          <w:lang w:val="pl-PL"/>
        </w:rPr>
        <w:t>ofert ubezpieczeniowych</w:t>
      </w:r>
      <w:r>
        <w:rPr>
          <w:rFonts w:ascii="Verdana" w:hAnsi="Verdana"/>
          <w:spacing w:val="4"/>
          <w:lang w:val="pl-PL"/>
        </w:rPr>
        <w:t>.</w:t>
      </w:r>
      <w:r w:rsidRPr="00110125">
        <w:rPr>
          <w:rFonts w:ascii="Verdana" w:hAnsi="Verdana"/>
          <w:spacing w:val="4"/>
          <w:lang w:val="pl-PL"/>
        </w:rPr>
        <w:t xml:space="preserve"> </w:t>
      </w:r>
      <w:r>
        <w:rPr>
          <w:rFonts w:ascii="Verdana" w:hAnsi="Verdana"/>
          <w:spacing w:val="4"/>
          <w:lang w:val="pl-PL"/>
        </w:rPr>
        <w:br/>
        <w:t>Poniżej</w:t>
      </w:r>
      <w:r w:rsidRPr="00110125">
        <w:rPr>
          <w:rFonts w:ascii="Verdana" w:hAnsi="Verdana"/>
          <w:spacing w:val="4"/>
          <w:lang w:val="pl-PL"/>
        </w:rPr>
        <w:t xml:space="preserve"> znajdą Państwo linki do ofert, które zostały nam przekazane </w:t>
      </w:r>
      <w:r>
        <w:rPr>
          <w:rFonts w:ascii="Verdana" w:hAnsi="Verdana"/>
          <w:spacing w:val="4"/>
          <w:lang w:val="pl-PL"/>
        </w:rPr>
        <w:br/>
      </w:r>
      <w:r w:rsidRPr="00110125">
        <w:rPr>
          <w:rFonts w:ascii="Verdana" w:hAnsi="Verdana"/>
          <w:spacing w:val="4"/>
          <w:lang w:val="pl-PL"/>
        </w:rPr>
        <w:t>i przeanalizowane</w:t>
      </w:r>
      <w:r>
        <w:rPr>
          <w:rFonts w:ascii="Verdana" w:hAnsi="Verdana"/>
          <w:spacing w:val="4"/>
          <w:lang w:val="pl-PL"/>
        </w:rPr>
        <w:t xml:space="preserve">. </w:t>
      </w:r>
      <w:r w:rsidRPr="00110125">
        <w:rPr>
          <w:rFonts w:ascii="Verdana" w:hAnsi="Verdana"/>
          <w:spacing w:val="4"/>
          <w:lang w:val="pl-PL"/>
        </w:rPr>
        <w:t xml:space="preserve">Jest to </w:t>
      </w:r>
      <w:r>
        <w:rPr>
          <w:rFonts w:ascii="Verdana" w:hAnsi="Verdana"/>
          <w:spacing w:val="4"/>
          <w:lang w:val="pl-PL"/>
        </w:rPr>
        <w:t xml:space="preserve">jednak </w:t>
      </w:r>
      <w:r w:rsidRPr="00110125">
        <w:rPr>
          <w:rFonts w:ascii="Verdana" w:hAnsi="Verdana"/>
          <w:spacing w:val="4"/>
          <w:lang w:val="pl-PL"/>
        </w:rPr>
        <w:t>subiektywny wybór i każdy z rodziców może skorzystać z przedstawionych propozycji lub wybrać ofertę z innych źródeł, zgodnie z własnymi preferencjami.</w:t>
      </w:r>
    </w:p>
    <w:p w14:paraId="145DEADF" w14:textId="235AB6BC" w:rsidR="00A1560D" w:rsidRPr="00110125" w:rsidRDefault="00F376F3" w:rsidP="00110125">
      <w:pPr>
        <w:pStyle w:val="Listapunktowana"/>
        <w:numPr>
          <w:ilvl w:val="0"/>
          <w:numId w:val="0"/>
        </w:numPr>
        <w:spacing w:after="240"/>
        <w:ind w:left="360" w:hanging="360"/>
        <w:rPr>
          <w:rFonts w:ascii="Verdana" w:hAnsi="Verdana"/>
          <w:b/>
          <w:bCs/>
          <w:spacing w:val="4"/>
          <w:lang w:val="pl-PL"/>
        </w:rPr>
      </w:pPr>
      <w:r>
        <w:rPr>
          <w:rFonts w:ascii="Verdana" w:hAnsi="Verdana"/>
          <w:b/>
          <w:bCs/>
          <w:spacing w:val="4"/>
          <w:lang w:val="pl-PL"/>
        </w:rPr>
        <w:t>Kilka propozycji</w:t>
      </w:r>
      <w:r w:rsidRPr="00110125">
        <w:rPr>
          <w:rFonts w:ascii="Verdana" w:hAnsi="Verdana"/>
          <w:b/>
          <w:bCs/>
          <w:spacing w:val="4"/>
          <w:lang w:val="pl-PL"/>
        </w:rPr>
        <w:t xml:space="preserve"> ubezpieczeń NNW na rok szkolny 2025/2026:</w:t>
      </w:r>
    </w:p>
    <w:p w14:paraId="53FFCE59" w14:textId="77777777" w:rsidR="00801DDA" w:rsidRPr="00110125" w:rsidRDefault="00000000" w:rsidP="00801DDA">
      <w:pPr>
        <w:pStyle w:val="Listanumerowana"/>
        <w:spacing w:after="0"/>
        <w:rPr>
          <w:rFonts w:ascii="Verdana" w:hAnsi="Verdana"/>
          <w:spacing w:val="4"/>
          <w:lang w:val="pl-PL"/>
        </w:rPr>
      </w:pPr>
      <w:r w:rsidRPr="00110125">
        <w:rPr>
          <w:rFonts w:ascii="Verdana" w:hAnsi="Verdana"/>
          <w:spacing w:val="4"/>
          <w:lang w:val="pl-PL"/>
        </w:rPr>
        <w:t>INTERRISK:</w:t>
      </w:r>
    </w:p>
    <w:p w14:paraId="63350A37" w14:textId="1BB09A01" w:rsidR="00147E29" w:rsidRPr="00801DDA" w:rsidRDefault="00432199" w:rsidP="00801DDA">
      <w:pPr>
        <w:pStyle w:val="Listapunktowana"/>
        <w:spacing w:after="240"/>
        <w:ind w:firstLine="66"/>
        <w:rPr>
          <w:rFonts w:ascii="Verdana" w:hAnsi="Verdana"/>
          <w:spacing w:val="4"/>
          <w:sz w:val="20"/>
          <w:szCs w:val="20"/>
          <w:lang w:val="pl-PL"/>
        </w:rPr>
      </w:pPr>
      <w:hyperlink r:id="rId6" w:history="1">
        <w:r w:rsidRPr="00937CC1">
          <w:rPr>
            <w:rStyle w:val="Hipercze"/>
          </w:rPr>
          <w:t>https://klient.interrisk.pl/EduPlusOfertaIndywidualna?agent=UjlDM0hW</w:t>
        </w:r>
      </w:hyperlink>
      <w:r>
        <w:t xml:space="preserve">                   </w:t>
      </w:r>
      <w:r w:rsidR="00147E29">
        <w:rPr>
          <w:rFonts w:ascii="Verdana" w:hAnsi="Verdana"/>
          <w:spacing w:val="4"/>
          <w:sz w:val="20"/>
          <w:szCs w:val="20"/>
          <w:lang w:val="pl-PL"/>
        </w:rPr>
        <w:t xml:space="preserve"> </w:t>
      </w:r>
      <w:r w:rsidR="00952824">
        <w:rPr>
          <w:rFonts w:ascii="Verdana" w:hAnsi="Verdana"/>
          <w:spacing w:val="4"/>
          <w:sz w:val="20"/>
          <w:szCs w:val="20"/>
          <w:lang w:val="pl-PL"/>
        </w:rPr>
        <w:t xml:space="preserve">(oferta -15%) </w:t>
      </w:r>
    </w:p>
    <w:p w14:paraId="74DAB9F2" w14:textId="77777777" w:rsidR="00801DDA" w:rsidRPr="00110125" w:rsidRDefault="00801DDA" w:rsidP="00801DDA">
      <w:pPr>
        <w:pStyle w:val="Listanumerowana"/>
        <w:spacing w:after="0"/>
        <w:rPr>
          <w:rFonts w:ascii="Verdana" w:hAnsi="Verdana"/>
          <w:spacing w:val="4"/>
          <w:lang w:val="pl-PL"/>
        </w:rPr>
      </w:pPr>
      <w:r w:rsidRPr="00110125">
        <w:rPr>
          <w:rFonts w:ascii="Verdana" w:hAnsi="Verdana"/>
          <w:spacing w:val="4"/>
          <w:lang w:val="pl-PL"/>
        </w:rPr>
        <w:t>GENERALI:</w:t>
      </w:r>
    </w:p>
    <w:p w14:paraId="061C6EA1" w14:textId="77777777" w:rsidR="00801DDA" w:rsidRPr="00801DDA" w:rsidRDefault="00801DDA" w:rsidP="00801DDA">
      <w:pPr>
        <w:pStyle w:val="Listapunktowana"/>
        <w:spacing w:after="240"/>
        <w:ind w:firstLine="66"/>
        <w:rPr>
          <w:rFonts w:ascii="Verdana" w:hAnsi="Verdana"/>
          <w:spacing w:val="4"/>
          <w:sz w:val="20"/>
          <w:szCs w:val="20"/>
          <w:lang w:val="pl-PL"/>
        </w:rPr>
      </w:pPr>
      <w:hyperlink r:id="rId7" w:history="1">
        <w:r w:rsidRPr="00801DDA">
          <w:rPr>
            <w:rStyle w:val="Hipercze"/>
            <w:rFonts w:ascii="Verdana" w:hAnsi="Verdana"/>
            <w:spacing w:val="4"/>
            <w:sz w:val="20"/>
            <w:szCs w:val="20"/>
            <w:lang w:val="pl-PL"/>
          </w:rPr>
          <w:t>www.Bezpieczny.pl</w:t>
        </w:r>
      </w:hyperlink>
      <w:r w:rsidRPr="00801DDA">
        <w:rPr>
          <w:rFonts w:ascii="Verdana" w:hAnsi="Verdana"/>
          <w:spacing w:val="4"/>
          <w:sz w:val="20"/>
          <w:szCs w:val="20"/>
          <w:lang w:val="pl-PL"/>
        </w:rPr>
        <w:t xml:space="preserve"> </w:t>
      </w:r>
    </w:p>
    <w:p w14:paraId="0BCCD7C1" w14:textId="224D353F" w:rsidR="00801DDA" w:rsidRPr="00801DDA" w:rsidRDefault="00801DDA" w:rsidP="00F376F3">
      <w:pPr>
        <w:pStyle w:val="Listapunktowana"/>
        <w:numPr>
          <w:ilvl w:val="0"/>
          <w:numId w:val="0"/>
        </w:numPr>
        <w:spacing w:after="240"/>
        <w:ind w:left="426" w:firstLine="294"/>
        <w:rPr>
          <w:rFonts w:ascii="Verdana" w:hAnsi="Verdana"/>
          <w:spacing w:val="4"/>
          <w:sz w:val="20"/>
          <w:szCs w:val="20"/>
          <w:lang w:val="pl-PL"/>
        </w:rPr>
      </w:pPr>
      <w:r w:rsidRPr="00F376F3">
        <w:rPr>
          <w:rFonts w:ascii="Verdana" w:hAnsi="Verdana"/>
          <w:spacing w:val="4"/>
          <w:sz w:val="16"/>
          <w:szCs w:val="16"/>
          <w:lang w:val="pl-PL"/>
        </w:rPr>
        <w:t xml:space="preserve">Przykładowe kody agentów:  </w:t>
      </w:r>
      <w:r w:rsidRPr="00F376F3">
        <w:rPr>
          <w:rFonts w:ascii="Verdana" w:hAnsi="Verdana"/>
          <w:spacing w:val="4"/>
          <w:sz w:val="18"/>
          <w:szCs w:val="18"/>
          <w:lang w:val="pl-PL"/>
        </w:rPr>
        <w:t xml:space="preserve">91124 | </w:t>
      </w:r>
      <w:r w:rsidR="00147E29" w:rsidRPr="00F376F3">
        <w:rPr>
          <w:rFonts w:ascii="Verdana" w:hAnsi="Verdana"/>
          <w:spacing w:val="4"/>
          <w:sz w:val="18"/>
          <w:szCs w:val="18"/>
          <w:lang w:val="pl-PL"/>
        </w:rPr>
        <w:t>413974</w:t>
      </w:r>
    </w:p>
    <w:p w14:paraId="175015B8" w14:textId="77777777" w:rsidR="00A1560D" w:rsidRPr="00110125" w:rsidRDefault="00000000" w:rsidP="00110125">
      <w:pPr>
        <w:pStyle w:val="Listanumerowana"/>
        <w:spacing w:after="0"/>
        <w:rPr>
          <w:rFonts w:ascii="Verdana" w:hAnsi="Verdana"/>
          <w:spacing w:val="4"/>
          <w:lang w:val="pl-PL"/>
        </w:rPr>
      </w:pPr>
      <w:r w:rsidRPr="00110125">
        <w:rPr>
          <w:rFonts w:ascii="Verdana" w:hAnsi="Verdana"/>
          <w:spacing w:val="4"/>
          <w:lang w:val="pl-PL"/>
        </w:rPr>
        <w:t>PZU:</w:t>
      </w:r>
    </w:p>
    <w:p w14:paraId="765DF40E" w14:textId="21AA369F" w:rsidR="00A1560D" w:rsidRPr="00801DDA" w:rsidRDefault="00286CC1" w:rsidP="00110125">
      <w:pPr>
        <w:pStyle w:val="Listapunktowana"/>
        <w:spacing w:after="240"/>
        <w:ind w:firstLine="66"/>
        <w:rPr>
          <w:rFonts w:ascii="Verdana" w:hAnsi="Verdana"/>
          <w:spacing w:val="4"/>
          <w:sz w:val="21"/>
          <w:szCs w:val="21"/>
          <w:lang w:val="pl-PL"/>
        </w:rPr>
      </w:pPr>
      <w:hyperlink r:id="rId8" w:history="1">
        <w:r w:rsidRPr="00D7268F">
          <w:rPr>
            <w:rStyle w:val="Hipercze"/>
            <w:rFonts w:ascii="Verdana" w:hAnsi="Verdana"/>
            <w:spacing w:val="4"/>
            <w:sz w:val="21"/>
            <w:szCs w:val="21"/>
            <w:lang w:val="pl-PL"/>
          </w:rPr>
          <w:t>www.ubestrefa.pl</w:t>
        </w:r>
      </w:hyperlink>
      <w:r w:rsidR="00110125" w:rsidRPr="00801DDA">
        <w:rPr>
          <w:rFonts w:ascii="Verdana" w:hAnsi="Verdana"/>
          <w:spacing w:val="4"/>
          <w:sz w:val="21"/>
          <w:szCs w:val="21"/>
          <w:lang w:val="pl-PL"/>
        </w:rPr>
        <w:t xml:space="preserve"> </w:t>
      </w:r>
    </w:p>
    <w:p w14:paraId="0D68B07B" w14:textId="7405B5BB" w:rsidR="00A1560D" w:rsidRDefault="00000000" w:rsidP="00F376F3">
      <w:pPr>
        <w:pStyle w:val="Listapunktowana"/>
        <w:numPr>
          <w:ilvl w:val="0"/>
          <w:numId w:val="0"/>
        </w:numPr>
        <w:spacing w:after="240"/>
        <w:ind w:left="360" w:firstLine="360"/>
        <w:rPr>
          <w:rFonts w:ascii="Verdana" w:hAnsi="Verdana"/>
          <w:spacing w:val="4"/>
          <w:sz w:val="18"/>
          <w:szCs w:val="18"/>
          <w:lang w:val="pl-PL"/>
        </w:rPr>
      </w:pPr>
      <w:r w:rsidRPr="00801DDA">
        <w:rPr>
          <w:rFonts w:ascii="Verdana" w:hAnsi="Verdana"/>
          <w:spacing w:val="4"/>
          <w:sz w:val="16"/>
          <w:szCs w:val="16"/>
          <w:lang w:val="pl-PL"/>
        </w:rPr>
        <w:t xml:space="preserve">kody agentów: </w:t>
      </w:r>
      <w:r w:rsidR="00110125" w:rsidRPr="00801DDA">
        <w:rPr>
          <w:rFonts w:ascii="Verdana" w:hAnsi="Verdana"/>
          <w:spacing w:val="4"/>
          <w:sz w:val="16"/>
          <w:szCs w:val="16"/>
          <w:lang w:val="pl-PL"/>
        </w:rPr>
        <w:t xml:space="preserve"> </w:t>
      </w:r>
      <w:r w:rsidRPr="00801DDA">
        <w:rPr>
          <w:rFonts w:ascii="Verdana" w:hAnsi="Verdana"/>
          <w:spacing w:val="4"/>
          <w:sz w:val="18"/>
          <w:szCs w:val="18"/>
          <w:lang w:val="pl-PL"/>
        </w:rPr>
        <w:t>13edu25</w:t>
      </w:r>
      <w:r w:rsidR="00110125" w:rsidRPr="00801DDA">
        <w:rPr>
          <w:rFonts w:ascii="Verdana" w:hAnsi="Verdana"/>
          <w:spacing w:val="4"/>
          <w:sz w:val="18"/>
          <w:szCs w:val="18"/>
          <w:lang w:val="pl-PL"/>
        </w:rPr>
        <w:t xml:space="preserve"> </w:t>
      </w:r>
      <w:r w:rsidR="00801DDA">
        <w:rPr>
          <w:rFonts w:ascii="Verdana" w:hAnsi="Verdana"/>
          <w:spacing w:val="4"/>
          <w:sz w:val="18"/>
          <w:szCs w:val="18"/>
          <w:lang w:val="pl-PL"/>
        </w:rPr>
        <w:t>|</w:t>
      </w:r>
      <w:r w:rsidRPr="00801DDA">
        <w:rPr>
          <w:rFonts w:ascii="Verdana" w:hAnsi="Verdana"/>
          <w:spacing w:val="4"/>
          <w:sz w:val="18"/>
          <w:szCs w:val="18"/>
          <w:lang w:val="pl-PL"/>
        </w:rPr>
        <w:t xml:space="preserve"> 46edu25</w:t>
      </w:r>
      <w:r w:rsidR="00110125" w:rsidRPr="00801DDA">
        <w:rPr>
          <w:rFonts w:ascii="Verdana" w:hAnsi="Verdana"/>
          <w:spacing w:val="4"/>
          <w:sz w:val="18"/>
          <w:szCs w:val="18"/>
          <w:lang w:val="pl-PL"/>
        </w:rPr>
        <w:t xml:space="preserve"> </w:t>
      </w:r>
      <w:r w:rsidR="00801DDA">
        <w:rPr>
          <w:rFonts w:ascii="Verdana" w:hAnsi="Verdana"/>
          <w:spacing w:val="4"/>
          <w:sz w:val="18"/>
          <w:szCs w:val="18"/>
          <w:lang w:val="pl-PL"/>
        </w:rPr>
        <w:t>|</w:t>
      </w:r>
      <w:r w:rsidRPr="00801DDA">
        <w:rPr>
          <w:rFonts w:ascii="Verdana" w:hAnsi="Verdana"/>
          <w:spacing w:val="4"/>
          <w:sz w:val="18"/>
          <w:szCs w:val="18"/>
          <w:lang w:val="pl-PL"/>
        </w:rPr>
        <w:t xml:space="preserve"> 79edu25 </w:t>
      </w:r>
      <w:r w:rsidR="00110125" w:rsidRPr="00801DDA">
        <w:rPr>
          <w:rFonts w:ascii="Verdana" w:hAnsi="Verdana"/>
          <w:spacing w:val="4"/>
          <w:sz w:val="18"/>
          <w:szCs w:val="18"/>
          <w:lang w:val="pl-PL"/>
        </w:rPr>
        <w:t xml:space="preserve"> </w:t>
      </w:r>
      <w:r w:rsidR="00801DDA" w:rsidRPr="00801DDA">
        <w:rPr>
          <w:rFonts w:ascii="Verdana" w:hAnsi="Verdana"/>
          <w:spacing w:val="4"/>
          <w:sz w:val="16"/>
          <w:szCs w:val="16"/>
          <w:lang w:val="pl-PL"/>
        </w:rPr>
        <w:t>albo</w:t>
      </w:r>
      <w:r w:rsidR="00110125" w:rsidRPr="00801DDA">
        <w:rPr>
          <w:rFonts w:ascii="Verdana" w:hAnsi="Verdana"/>
          <w:spacing w:val="4"/>
          <w:sz w:val="16"/>
          <w:szCs w:val="16"/>
          <w:lang w:val="pl-PL"/>
        </w:rPr>
        <w:t xml:space="preserve">:  </w:t>
      </w:r>
      <w:r w:rsidRPr="00801DDA">
        <w:rPr>
          <w:rFonts w:ascii="Verdana" w:hAnsi="Verdana"/>
          <w:spacing w:val="4"/>
          <w:sz w:val="18"/>
          <w:szCs w:val="18"/>
          <w:lang w:val="pl-PL"/>
        </w:rPr>
        <w:t>polska1</w:t>
      </w:r>
      <w:r w:rsidR="00110125" w:rsidRPr="00801DDA">
        <w:rPr>
          <w:rFonts w:ascii="Verdana" w:hAnsi="Verdana"/>
          <w:spacing w:val="4"/>
          <w:sz w:val="18"/>
          <w:szCs w:val="18"/>
          <w:lang w:val="pl-PL"/>
        </w:rPr>
        <w:t xml:space="preserve"> </w:t>
      </w:r>
      <w:r w:rsidR="00801DDA">
        <w:rPr>
          <w:rFonts w:ascii="Verdana" w:hAnsi="Verdana"/>
          <w:spacing w:val="4"/>
          <w:sz w:val="18"/>
          <w:szCs w:val="18"/>
          <w:lang w:val="pl-PL"/>
        </w:rPr>
        <w:t>|</w:t>
      </w:r>
      <w:r w:rsidR="00110125" w:rsidRPr="00801DDA">
        <w:rPr>
          <w:rFonts w:ascii="Verdana" w:hAnsi="Verdana"/>
          <w:spacing w:val="4"/>
          <w:sz w:val="18"/>
          <w:szCs w:val="18"/>
          <w:lang w:val="pl-PL"/>
        </w:rPr>
        <w:t xml:space="preserve"> </w:t>
      </w:r>
      <w:r w:rsidRPr="00801DDA">
        <w:rPr>
          <w:rFonts w:ascii="Verdana" w:hAnsi="Verdana"/>
          <w:spacing w:val="4"/>
          <w:sz w:val="18"/>
          <w:szCs w:val="18"/>
          <w:lang w:val="pl-PL"/>
        </w:rPr>
        <w:t xml:space="preserve">polska2 </w:t>
      </w:r>
      <w:r w:rsidR="00801DDA">
        <w:rPr>
          <w:rFonts w:ascii="Verdana" w:hAnsi="Verdana"/>
          <w:spacing w:val="4"/>
          <w:sz w:val="18"/>
          <w:szCs w:val="18"/>
          <w:lang w:val="pl-PL"/>
        </w:rPr>
        <w:t>|</w:t>
      </w:r>
      <w:r w:rsidRPr="00801DDA">
        <w:rPr>
          <w:rFonts w:ascii="Verdana" w:hAnsi="Verdana"/>
          <w:spacing w:val="4"/>
          <w:sz w:val="18"/>
          <w:szCs w:val="18"/>
          <w:lang w:val="pl-PL"/>
        </w:rPr>
        <w:t xml:space="preserve"> polska3</w:t>
      </w:r>
      <w:r w:rsidR="00F376F3">
        <w:rPr>
          <w:rFonts w:ascii="Verdana" w:hAnsi="Verdana"/>
          <w:spacing w:val="4"/>
          <w:sz w:val="18"/>
          <w:szCs w:val="18"/>
          <w:lang w:val="pl-PL"/>
        </w:rPr>
        <w:t xml:space="preserve"> </w:t>
      </w:r>
    </w:p>
    <w:p w14:paraId="199AE775" w14:textId="4AFAA7F4" w:rsidR="00432199" w:rsidRPr="00432199" w:rsidRDefault="00F376F3" w:rsidP="00432199">
      <w:pPr>
        <w:pStyle w:val="Listanumerowana"/>
        <w:spacing w:after="0"/>
        <w:rPr>
          <w:rFonts w:ascii="Verdana" w:hAnsi="Verdana"/>
          <w:spacing w:val="4"/>
          <w:lang w:val="pl-PL"/>
        </w:rPr>
      </w:pPr>
      <w:r w:rsidRPr="00110125">
        <w:rPr>
          <w:rFonts w:ascii="Verdana" w:hAnsi="Verdana"/>
          <w:spacing w:val="4"/>
          <w:lang w:val="pl-PL"/>
        </w:rPr>
        <w:t>UNIQA:</w:t>
      </w:r>
      <w:hyperlink r:id="rId9" w:history="1">
        <w:r w:rsidR="00432199" w:rsidRPr="00937CC1">
          <w:rPr>
            <w:rStyle w:val="Hipercze"/>
          </w:rPr>
          <w:t>https://www.uniqa.pl/kalkulator/ubezpieczenie-szkolne-nnw/insurance?PartnerType=PA&amp;PartnerId1=885041&amp;PartnerId2=LP</w:t>
        </w:r>
      </w:hyperlink>
    </w:p>
    <w:p w14:paraId="775C14FD" w14:textId="77777777" w:rsidR="00432199" w:rsidRPr="00432199" w:rsidRDefault="00432199" w:rsidP="00432199">
      <w:pPr>
        <w:pStyle w:val="Listanumerowana"/>
        <w:numPr>
          <w:ilvl w:val="0"/>
          <w:numId w:val="0"/>
        </w:numPr>
        <w:spacing w:after="0"/>
        <w:ind w:left="360"/>
        <w:rPr>
          <w:rFonts w:ascii="Verdana" w:hAnsi="Verdana"/>
          <w:spacing w:val="4"/>
          <w:lang w:val="pl-PL"/>
        </w:rPr>
      </w:pPr>
    </w:p>
    <w:p w14:paraId="15D97718" w14:textId="04F64906" w:rsidR="00801DDA" w:rsidRPr="00110125" w:rsidRDefault="00801DDA" w:rsidP="00801DDA">
      <w:pPr>
        <w:pStyle w:val="Listanumerowana"/>
        <w:spacing w:after="0"/>
        <w:rPr>
          <w:rFonts w:ascii="Verdana" w:hAnsi="Verdana"/>
          <w:spacing w:val="4"/>
          <w:lang w:val="pl-PL"/>
        </w:rPr>
      </w:pPr>
      <w:r>
        <w:rPr>
          <w:rFonts w:ascii="Verdana" w:hAnsi="Verdana"/>
          <w:spacing w:val="4"/>
          <w:lang w:val="pl-PL"/>
        </w:rPr>
        <w:t>WARTA</w:t>
      </w:r>
      <w:r w:rsidRPr="00110125">
        <w:rPr>
          <w:rFonts w:ascii="Verdana" w:hAnsi="Verdana"/>
          <w:spacing w:val="4"/>
          <w:lang w:val="pl-PL"/>
        </w:rPr>
        <w:t>:</w:t>
      </w:r>
    </w:p>
    <w:p w14:paraId="0BB66A0C" w14:textId="0095C4D1" w:rsidR="00801DDA" w:rsidRPr="00801DDA" w:rsidRDefault="00801DDA" w:rsidP="00801DDA">
      <w:pPr>
        <w:pStyle w:val="Listapunktowana"/>
        <w:ind w:firstLine="66"/>
        <w:rPr>
          <w:rFonts w:ascii="Verdana" w:hAnsi="Verdana"/>
          <w:b/>
          <w:bCs/>
          <w:spacing w:val="4"/>
          <w:sz w:val="21"/>
          <w:szCs w:val="21"/>
          <w:lang w:val="pl-PL"/>
        </w:rPr>
      </w:pPr>
      <w:hyperlink r:id="rId10" w:tgtFrame="_blank" w:history="1">
        <w:r w:rsidRPr="00801DDA">
          <w:rPr>
            <w:rStyle w:val="Pogrubienie"/>
            <w:rFonts w:ascii="Verdana" w:hAnsi="Verdana"/>
            <w:b w:val="0"/>
            <w:bCs w:val="0"/>
            <w:color w:val="0000FF"/>
            <w:sz w:val="21"/>
            <w:szCs w:val="21"/>
            <w:u w:val="single"/>
          </w:rPr>
          <w:t>https://tiny.pl/d38ppwp1</w:t>
        </w:r>
      </w:hyperlink>
      <w:r w:rsidR="00F376F3">
        <w:t xml:space="preserve"> </w:t>
      </w:r>
    </w:p>
    <w:p w14:paraId="044707AC" w14:textId="25214836" w:rsidR="00A1560D" w:rsidRPr="00801DDA" w:rsidRDefault="00000000" w:rsidP="00801DDA">
      <w:pPr>
        <w:spacing w:after="0"/>
        <w:jc w:val="right"/>
        <w:rPr>
          <w:rFonts w:ascii="Verdana" w:hAnsi="Verdana"/>
          <w:i/>
          <w:iCs/>
          <w:spacing w:val="4"/>
          <w:lang w:val="pl-PL"/>
        </w:rPr>
      </w:pPr>
      <w:r w:rsidRPr="00110125">
        <w:rPr>
          <w:rFonts w:ascii="Verdana" w:hAnsi="Verdana"/>
          <w:spacing w:val="4"/>
          <w:lang w:val="pl-PL"/>
        </w:rPr>
        <w:br/>
      </w:r>
      <w:r w:rsidRPr="00801DDA">
        <w:rPr>
          <w:rFonts w:ascii="Verdana" w:hAnsi="Verdana"/>
          <w:spacing w:val="4"/>
          <w:lang w:val="pl-PL"/>
        </w:rPr>
        <w:t>Z wyrazami szacunku,</w:t>
      </w:r>
      <w:r w:rsidRPr="00801DDA">
        <w:rPr>
          <w:rFonts w:ascii="Verdana" w:hAnsi="Verdana"/>
          <w:i/>
          <w:iCs/>
          <w:spacing w:val="4"/>
          <w:lang w:val="pl-PL"/>
        </w:rPr>
        <w:br/>
      </w:r>
      <w:r w:rsidR="00801DDA" w:rsidRPr="00801DDA">
        <w:rPr>
          <w:rFonts w:ascii="Verdana" w:hAnsi="Verdana" w:cs="Times New Roman (Tekst podstawo"/>
          <w:i/>
          <w:iCs/>
          <w:spacing w:val="8"/>
          <w:lang w:val="pl-PL"/>
        </w:rPr>
        <w:t>Kamil Machnik</w:t>
      </w:r>
      <w:r w:rsidR="00801DDA" w:rsidRPr="00801DDA">
        <w:rPr>
          <w:rFonts w:ascii="Verdana" w:hAnsi="Verdana"/>
          <w:i/>
          <w:iCs/>
          <w:spacing w:val="4"/>
          <w:lang w:val="pl-PL"/>
        </w:rPr>
        <w:t xml:space="preserve"> </w:t>
      </w:r>
      <w:r w:rsidR="00801DDA" w:rsidRPr="00801DDA">
        <w:rPr>
          <w:rFonts w:ascii="Verdana" w:hAnsi="Verdana"/>
          <w:i/>
          <w:iCs/>
          <w:spacing w:val="4"/>
          <w:lang w:val="pl-PL"/>
        </w:rPr>
        <w:br/>
      </w:r>
      <w:r w:rsidR="00801DDA" w:rsidRPr="00801DDA">
        <w:rPr>
          <w:rFonts w:ascii="Verdana" w:hAnsi="Verdana"/>
          <w:i/>
          <w:iCs/>
          <w:spacing w:val="4"/>
          <w:sz w:val="16"/>
          <w:szCs w:val="16"/>
          <w:lang w:val="pl-PL"/>
        </w:rPr>
        <w:t xml:space="preserve">Przewodniczący </w:t>
      </w:r>
      <w:r w:rsidRPr="00801DDA">
        <w:rPr>
          <w:rFonts w:ascii="Verdana" w:hAnsi="Verdana"/>
          <w:i/>
          <w:iCs/>
          <w:spacing w:val="4"/>
          <w:sz w:val="16"/>
          <w:szCs w:val="16"/>
          <w:lang w:val="pl-PL"/>
        </w:rPr>
        <w:t>Rad</w:t>
      </w:r>
      <w:r w:rsidR="00801DDA" w:rsidRPr="00801DDA">
        <w:rPr>
          <w:rFonts w:ascii="Verdana" w:hAnsi="Verdana"/>
          <w:i/>
          <w:iCs/>
          <w:spacing w:val="4"/>
          <w:sz w:val="16"/>
          <w:szCs w:val="16"/>
          <w:lang w:val="pl-PL"/>
        </w:rPr>
        <w:t>y</w:t>
      </w:r>
      <w:r w:rsidRPr="00801DDA">
        <w:rPr>
          <w:rFonts w:ascii="Verdana" w:hAnsi="Verdana"/>
          <w:i/>
          <w:iCs/>
          <w:spacing w:val="4"/>
          <w:sz w:val="16"/>
          <w:szCs w:val="16"/>
          <w:lang w:val="pl-PL"/>
        </w:rPr>
        <w:t xml:space="preserve"> Rodziców</w:t>
      </w:r>
    </w:p>
    <w:sectPr w:rsidR="00A1560D" w:rsidRPr="00801DDA" w:rsidSect="00801DDA">
      <w:pgSz w:w="12240" w:h="15840"/>
      <w:pgMar w:top="907" w:right="1588" w:bottom="907" w:left="158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Gill Sans">
    <w:altName w:val="Arial"/>
    <w:charset w:val="B1"/>
    <w:family w:val="swiss"/>
    <w:pitch w:val="variable"/>
    <w:sig w:usb0="80000A67" w:usb1="00000000" w:usb2="00000000" w:usb3="00000000" w:csb0="000001F7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 (Tekst podstawo">
    <w:charset w:val="00"/>
    <w:family w:val="roman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358629685">
    <w:abstractNumId w:val="8"/>
  </w:num>
  <w:num w:numId="2" w16cid:durableId="1210191810">
    <w:abstractNumId w:val="6"/>
  </w:num>
  <w:num w:numId="3" w16cid:durableId="724718704">
    <w:abstractNumId w:val="5"/>
  </w:num>
  <w:num w:numId="4" w16cid:durableId="1983457417">
    <w:abstractNumId w:val="4"/>
  </w:num>
  <w:num w:numId="5" w16cid:durableId="1408844117">
    <w:abstractNumId w:val="7"/>
  </w:num>
  <w:num w:numId="6" w16cid:durableId="1422096025">
    <w:abstractNumId w:val="3"/>
  </w:num>
  <w:num w:numId="7" w16cid:durableId="502092025">
    <w:abstractNumId w:val="2"/>
  </w:num>
  <w:num w:numId="8" w16cid:durableId="1400788919">
    <w:abstractNumId w:val="1"/>
  </w:num>
  <w:num w:numId="9" w16cid:durableId="16366368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10125"/>
    <w:rsid w:val="00147E29"/>
    <w:rsid w:val="0015074B"/>
    <w:rsid w:val="00286CC1"/>
    <w:rsid w:val="0029639D"/>
    <w:rsid w:val="00326F90"/>
    <w:rsid w:val="00432199"/>
    <w:rsid w:val="00801DDA"/>
    <w:rsid w:val="00952824"/>
    <w:rsid w:val="009A577E"/>
    <w:rsid w:val="00A1560D"/>
    <w:rsid w:val="00AA1D8D"/>
    <w:rsid w:val="00B47730"/>
    <w:rsid w:val="00CB0664"/>
    <w:rsid w:val="00ED7B7E"/>
    <w:rsid w:val="00F376F3"/>
    <w:rsid w:val="00F6205E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852D983"/>
  <w14:defaultImageDpi w14:val="300"/>
  <w15:docId w15:val="{DB419EF7-7D42-C04F-AF86-D7337F460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93F"/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Hipercze">
    <w:name w:val="Hyperlink"/>
    <w:basedOn w:val="Domylnaczcionkaakapitu"/>
    <w:uiPriority w:val="99"/>
    <w:unhideWhenUsed/>
    <w:rsid w:val="00110125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10125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147E2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bestrefa.pl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Bezpieczny.pl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klient.interrisk.pl/EduPlusOfertaIndywidualna?agent=UjlDM0hW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tiny.pl/d38ppwp1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uniqa.pl/kalkulator/ubezpieczenie-szkolne-nnw/insurance?PartnerType=PA&amp;PartnerId1=885041&amp;PartnerId2=LP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270</Words>
  <Characters>1623</Characters>
  <Application>Microsoft Office Word</Application>
  <DocSecurity>0</DocSecurity>
  <Lines>13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1890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Magdalena</cp:lastModifiedBy>
  <cp:revision>2</cp:revision>
  <dcterms:created xsi:type="dcterms:W3CDTF">2025-09-24T10:36:00Z</dcterms:created>
  <dcterms:modified xsi:type="dcterms:W3CDTF">2025-09-24T10:36:00Z</dcterms:modified>
  <cp:category/>
</cp:coreProperties>
</file>